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sz w:val="28"/>
        </w:rPr>
        <w:t>[KOP SURAT LEMBAGA]</w:t>
      </w:r>
    </w:p>
    <w:p>
      <w:pPr>
        <w:spacing w:after="200"/>
        <w:jc w:val="center"/>
      </w:pPr>
      <w:r>
        <w:rPr>
          <w:b w:val="0"/>
          <w:sz w:val="18"/>
        </w:rPr>
        <w:t>[Alamat lengkap lembaga, telepon, email]</w:t>
      </w:r>
    </w:p>
    <w:p>
      <w:pPr>
        <w:spacing w:after="160"/>
        <w:jc w:val="right"/>
      </w:pPr>
      <w:r>
        <w:rPr>
          <w:b w:val="0"/>
        </w:rPr>
        <w:t>Batam, [tanggal bulan tahun]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1701"/>
          </w:tcPr>
          <w:p>
            <w:r>
              <w:t>Nomor</w:t>
            </w:r>
          </w:p>
        </w:tc>
        <w:tc>
          <w:tcPr>
            <w:tcW w:type="dxa" w:w="4703"/>
          </w:tcPr>
          <w:p>
            <w:r>
              <w:t>: [nomor surat]</w:t>
            </w:r>
          </w:p>
        </w:tc>
      </w:tr>
      <w:tr>
        <w:tc>
          <w:tcPr>
            <w:tcW w:type="dxa" w:w="1701"/>
          </w:tcPr>
          <w:p>
            <w:r>
              <w:t>Lampiran</w:t>
            </w:r>
          </w:p>
        </w:tc>
        <w:tc>
          <w:tcPr>
            <w:tcW w:type="dxa" w:w="4703"/>
          </w:tcPr>
          <w:p>
            <w:r>
              <w:t>: [jumlah berkas]</w:t>
            </w:r>
          </w:p>
        </w:tc>
      </w:tr>
      <w:tr>
        <w:tc>
          <w:tcPr>
            <w:tcW w:type="dxa" w:w="1701"/>
          </w:tcPr>
          <w:p>
            <w:r>
              <w:t>Hal</w:t>
            </w:r>
          </w:p>
        </w:tc>
        <w:tc>
          <w:tcPr>
            <w:tcW w:type="dxa" w:w="4703"/>
          </w:tcPr>
          <w:p>
            <w:r>
              <w:t>: Permohonan Rekomendasi Kegiatan</w:t>
            </w:r>
          </w:p>
        </w:tc>
      </w:tr>
    </w:tbl>
    <w:p>
      <w:pPr>
        <w:spacing w:after="80"/>
      </w:pPr>
      <w:r>
        <w:rPr>
          <w:b w:val="0"/>
        </w:rPr>
      </w:r>
    </w:p>
    <w:p>
      <w:pPr>
        <w:spacing w:after="0"/>
      </w:pPr>
      <w:r>
        <w:rPr>
          <w:b w:val="0"/>
        </w:rPr>
        <w:t>Kepada Yth.</w:t>
      </w:r>
    </w:p>
    <w:p>
      <w:pPr>
        <w:spacing w:after="0"/>
      </w:pPr>
      <w:r>
        <w:rPr>
          <w:b w:val="0"/>
        </w:rPr>
        <w:t>Kepala Dinas Pendidikan Kota Batam</w:t>
      </w:r>
    </w:p>
    <w:p>
      <w:pPr>
        <w:spacing w:after="0"/>
      </w:pPr>
      <w:r>
        <w:rPr>
          <w:b w:val="0"/>
        </w:rPr>
        <w:t>di</w:t>
      </w:r>
    </w:p>
    <w:p>
      <w:pPr>
        <w:spacing w:after="0"/>
      </w:pPr>
      <w:r>
        <w:rPr>
          <w:b w:val="0"/>
        </w:rPr>
        <w:t>Batam</w:t>
      </w:r>
    </w:p>
    <w:p>
      <w:pPr>
        <w:spacing w:after="80"/>
      </w:pPr>
      <w:r>
        <w:rPr>
          <w:b w:val="0"/>
        </w:rPr>
      </w:r>
    </w:p>
    <w:p>
      <w:pPr>
        <w:spacing w:after="120"/>
      </w:pPr>
      <w:r>
        <w:rPr>
          <w:b w:val="0"/>
        </w:rPr>
        <w:t>Dengan hormat,</w:t>
      </w:r>
    </w:p>
    <w:p>
      <w:pPr>
        <w:spacing w:after="120"/>
        <w:ind w:firstLine="709"/>
        <w:jc w:val="both"/>
      </w:pPr>
      <w:r>
        <w:rPr>
          <w:b w:val="0"/>
        </w:rPr>
        <w:t>Dalam rangka [tujuan kegiatan], [nama lembaga] bermaksud menyelenggarakan kegiatan [nama kegiatan] yang akan dilaksanakan pada:</w:t>
      </w:r>
    </w:p>
    <w:p>
      <w:pPr>
        <w:tabs>
          <w:tab w:pos="2551" w:val="left"/>
        </w:tabs>
        <w:spacing w:after="0"/>
        <w:ind w:left="709"/>
      </w:pPr>
      <w:r>
        <w:rPr>
          <w:b w:val="0"/>
        </w:rPr>
        <w:t>Hari/Tanggal</w:t>
        <w:tab/>
        <w:t>: [hari, tanggal]</w:t>
      </w:r>
    </w:p>
    <w:p>
      <w:pPr>
        <w:tabs>
          <w:tab w:pos="2551" w:val="left"/>
        </w:tabs>
        <w:spacing w:after="0"/>
        <w:ind w:left="709"/>
      </w:pPr>
      <w:r>
        <w:rPr>
          <w:b w:val="0"/>
        </w:rPr>
        <w:t>Waktu</w:t>
        <w:tab/>
        <w:t>: [pukul] WIB</w:t>
      </w:r>
    </w:p>
    <w:p>
      <w:pPr>
        <w:tabs>
          <w:tab w:pos="2551" w:val="left"/>
        </w:tabs>
        <w:spacing w:after="0"/>
        <w:ind w:left="709"/>
      </w:pPr>
      <w:r>
        <w:rPr>
          <w:b w:val="0"/>
        </w:rPr>
        <w:t>Tempat</w:t>
        <w:tab/>
        <w:t>: [lokasi kegiatan]</w:t>
      </w:r>
    </w:p>
    <w:p>
      <w:pPr>
        <w:tabs>
          <w:tab w:pos="2551" w:val="left"/>
        </w:tabs>
        <w:spacing w:after="0"/>
        <w:ind w:left="709"/>
      </w:pPr>
      <w:r>
        <w:rPr>
          <w:b w:val="0"/>
        </w:rPr>
        <w:t>Peserta</w:t>
        <w:tab/>
        <w:t>: [sasaran dan jumlah peserta]</w:t>
      </w:r>
    </w:p>
    <w:p>
      <w:pPr>
        <w:spacing w:after="80"/>
      </w:pPr>
      <w:r>
        <w:rPr>
          <w:b w:val="0"/>
        </w:rPr>
      </w:r>
    </w:p>
    <w:p>
      <w:pPr>
        <w:spacing w:after="120"/>
        <w:ind w:firstLine="709"/>
        <w:jc w:val="both"/>
      </w:pPr>
      <w:r>
        <w:rPr>
          <w:b w:val="0"/>
        </w:rPr>
        <w:t>Sehubungan dengan hal tersebut, kami mohon kiranya Bapak berkenan memberikan surat rekomendasi agar kegiatan tersebut dapat berjalan dengan baik.</w:t>
      </w:r>
    </w:p>
    <w:p>
      <w:pPr>
        <w:spacing w:after="360"/>
        <w:ind w:firstLine="709"/>
        <w:jc w:val="both"/>
      </w:pPr>
      <w:r>
        <w:rPr>
          <w:b w:val="0"/>
        </w:rPr>
        <w:t>Demikian permohonan ini kami sampaikan. Atas perhatian dan kerja sama Bapak, kami ucapkan terima kasih.</w:t>
      </w:r>
    </w:p>
    <w:p>
      <w:pPr>
        <w:spacing w:after="0"/>
        <w:ind w:left="5386"/>
      </w:pPr>
      <w:r>
        <w:rPr>
          <w:b w:val="0"/>
        </w:rPr>
        <w:t>[Jabatan],</w:t>
      </w:r>
    </w:p>
    <w:p>
      <w:pPr>
        <w:spacing w:after="0"/>
        <w:ind w:left="5386"/>
      </w:pPr>
      <w:r>
        <w:rPr>
          <w:b w:val="0"/>
        </w:rPr>
      </w:r>
    </w:p>
    <w:p>
      <w:pPr>
        <w:spacing w:after="0"/>
        <w:ind w:left="5386"/>
      </w:pPr>
      <w:r>
        <w:rPr>
          <w:b w:val="0"/>
        </w:rPr>
      </w:r>
    </w:p>
    <w:p>
      <w:pPr>
        <w:spacing w:after="0"/>
        <w:ind w:left="5386"/>
      </w:pPr>
      <w:r>
        <w:rPr>
          <w:b w:val="0"/>
        </w:rPr>
      </w:r>
    </w:p>
    <w:p>
      <w:pPr>
        <w:spacing w:after="0"/>
        <w:ind w:left="5386"/>
      </w:pPr>
      <w:r>
        <w:rPr>
          <w:b w:val="0"/>
        </w:rPr>
        <w:t>[Nama Penanggung Jawab]</w:t>
      </w:r>
    </w:p>
    <w:p>
      <w:pPr>
        <w:spacing w:after="0"/>
        <w:ind w:left="5386"/>
      </w:pPr>
      <w:r>
        <w:rPr>
          <w:b w:val="0"/>
        </w:rPr>
        <w:t>[NIP/NIK bila ada]</w:t>
      </w:r>
    </w:p>
    <w:p>
      <w:pPr>
        <w:spacing w:after="200"/>
      </w:pPr>
      <w:r>
        <w:rPr>
          <w:b w:val="0"/>
        </w:rPr>
      </w:r>
    </w:p>
    <w:p>
      <w:pPr>
        <w:spacing w:after="0"/>
      </w:pPr>
      <w:r>
        <w:rPr>
          <w:b w:val="0"/>
          <w:sz w:val="17"/>
        </w:rPr>
        <w:t>Catatan: lampirkan proposal/TOR kegiatan dan daftar peserta bila ada. Unggah surat yang telah ditandatangani dan distempel dalam format PDF.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